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t>Content Update Brief</w:t>
      </w:r>
    </w:p>
    <w:p>
      <w:r>
        <w:rPr>
          <w:i/>
          <w:color w:val="707070"/>
          <w:sz w:val="18"/>
        </w:rPr>
        <w:t>One brief per page. Fill the tables below. The checker reads the tables only — you can add or delete rows freely, and any notes you type outside the tables are ignored. Leave a row blank to skip it.</w:t>
      </w:r>
    </w:p>
    <w:p>
      <w:pPr>
        <w:pStyle w:val="Heading1"/>
      </w:pPr>
      <w:r>
        <w:t>Page &amp; SEO</w:t>
      </w:r>
    </w:p>
    <w:p>
      <w:r>
        <w:rPr>
          <w:i/>
          <w:color w:val="707070"/>
          <w:sz w:val="18"/>
        </w:rPr>
        <w:t>Meta max length is the character limit flagged as 'too long' (default 160).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Field</w:t>
            </w:r>
          </w:p>
        </w:tc>
        <w:tc>
          <w:tcPr>
            <w:tcW w:type="dxa" w:w="4320"/>
          </w:tcPr>
          <w:p>
            <w:r>
              <w:rPr>
                <w:b/>
              </w:rPr>
              <w:t>Value</w:t>
            </w:r>
          </w:p>
        </w:tc>
      </w:tr>
      <w:tr>
        <w:tc>
          <w:tcPr>
            <w:tcW w:type="dxa" w:w="4320"/>
          </w:tcPr>
          <w:p>
            <w:r>
              <w:t>URL</w:t>
            </w:r>
          </w:p>
        </w:tc>
        <w:tc>
          <w:tcPr>
            <w:tcW w:type="dxa" w:w="4320"/>
          </w:tcPr>
          <w:p>
            <w:r>
              <w:t>https://www.kryptocasinos.com/en/without-verification/</w:t>
            </w:r>
          </w:p>
        </w:tc>
      </w:tr>
      <w:tr>
        <w:tc>
          <w:tcPr>
            <w:tcW w:type="dxa" w:w="4320"/>
          </w:tcPr>
          <w:p>
            <w:r>
              <w:t>Market / Language</w:t>
            </w:r>
          </w:p>
        </w:tc>
        <w:tc>
          <w:tcPr>
            <w:tcW w:type="dxa" w:w="4320"/>
          </w:tcPr>
          <w:p>
            <w:r>
              <w:t>EN</w:t>
            </w:r>
          </w:p>
        </w:tc>
      </w:tr>
      <w:tr>
        <w:tc>
          <w:tcPr>
            <w:tcW w:type="dxa" w:w="4320"/>
          </w:tcPr>
          <w:p>
            <w:r>
              <w:t>Target Title</w:t>
            </w:r>
          </w:p>
        </w:tc>
        <w:tc>
          <w:tcPr>
            <w:tcW w:type="dxa" w:w="4320"/>
          </w:tcPr>
          <w:p>
            <w:r>
              <w:t>No KYC Crypto Casinos - Best No ID Verification Casinos</w:t>
            </w:r>
          </w:p>
        </w:tc>
      </w:tr>
      <w:tr>
        <w:tc>
          <w:tcPr>
            <w:tcW w:type="dxa" w:w="4320"/>
          </w:tcPr>
          <w:p>
            <w:r>
              <w:t>Meta Description</w:t>
            </w:r>
          </w:p>
        </w:tc>
        <w:tc>
          <w:tcPr>
            <w:tcW w:type="dxa" w:w="4320"/>
          </w:tcPr>
          <w:p>
            <w:r>
              <w:t>Looking for no-KYC crypto casinos? See our 2026 picks for anonymous play, no ID verification and instant crypto withdrawals.</w:t>
            </w:r>
          </w:p>
        </w:tc>
      </w:tr>
      <w:tr>
        <w:tc>
          <w:tcPr>
            <w:tcW w:type="dxa" w:w="4320"/>
          </w:tcPr>
          <w:p>
            <w:r>
              <w:t>Meta max length</w:t>
            </w:r>
          </w:p>
        </w:tc>
        <w:tc>
          <w:tcPr>
            <w:tcW w:type="dxa" w:w="4320"/>
          </w:tcPr>
          <w:p>
            <w:r>
              <w:t>160</w:t>
            </w:r>
          </w:p>
        </w:tc>
      </w:tr>
    </w:tbl>
    <w:p>
      <w:pPr>
        <w:pStyle w:val="Heading1"/>
      </w:pPr>
      <w:r>
        <w:t>Headings</w:t>
      </w:r>
    </w:p>
    <w:p>
      <w:r>
        <w:rPr>
          <w:i/>
          <w:color w:val="707070"/>
          <w:sz w:val="18"/>
        </w:rPr>
        <w:t>List headings in the order they should appear on the page. Action = KEEP, CHANGE, NEW, REMOVE or MOVE. Fill 'New text' only for CHANGE (the wording the page should end up with). Fill 'After' only for MOVE (the heading this one should follow).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Action</w:t>
            </w:r>
          </w:p>
        </w:tc>
        <w:tc>
          <w:tcPr>
            <w:tcW w:type="dxa" w:w="1728"/>
          </w:tcPr>
          <w:p>
            <w:r>
              <w:rPr>
                <w:b/>
              </w:rPr>
              <w:t>Level</w:t>
            </w:r>
          </w:p>
        </w:tc>
        <w:tc>
          <w:tcPr>
            <w:tcW w:type="dxa" w:w="1728"/>
          </w:tcPr>
          <w:p>
            <w:r>
              <w:rPr>
                <w:b/>
              </w:rPr>
              <w:t>Heading text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New text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After</w:t>
            </w:r>
          </w:p>
        </w:tc>
      </w:tr>
      <w:tr>
        <w:tc>
          <w:tcPr>
            <w:tcW w:type="dxa" w:w="1728"/>
          </w:tcPr>
          <w:p>
            <w:r>
              <w:t>KEEP</w:t>
            </w:r>
          </w:p>
        </w:tc>
        <w:tc>
          <w:tcPr>
            <w:tcW w:type="dxa" w:w="1728"/>
          </w:tcPr>
          <w:p>
            <w:r>
              <w:t>H1</w:t>
            </w:r>
          </w:p>
        </w:tc>
        <w:tc>
          <w:tcPr>
            <w:tcW w:type="dxa" w:w="1728"/>
          </w:tcPr>
          <w:p>
            <w:r>
              <w:t>No KYC Crypto Casinos - Best No ID Verification Casinos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CHANGE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Top No KYC Crypto Casinos for 2026</w:t>
            </w:r>
          </w:p>
        </w:tc>
        <w:tc>
          <w:tcPr>
            <w:tcW w:type="dxa" w:w="1728"/>
          </w:tcPr>
          <w:p>
            <w:r>
              <w:t>Best No KYC Crypto Casinos for 2026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REMOVE</w:t>
            </w:r>
          </w:p>
        </w:tc>
        <w:tc>
          <w:tcPr>
            <w:tcW w:type="dxa" w:w="1728"/>
          </w:tcPr>
          <w:p>
            <w:r>
              <w:t>H3</w:t>
            </w:r>
          </w:p>
        </w:tc>
        <w:tc>
          <w:tcPr>
            <w:tcW w:type="dxa" w:w="1728"/>
          </w:tcPr>
          <w:p>
            <w:r>
              <w:t>How These No KYC Casinos Were Selected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CHANGE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How The Top 3 No KYC Casinos Perform in Practice</w:t>
            </w:r>
          </w:p>
        </w:tc>
        <w:tc>
          <w:tcPr>
            <w:tcW w:type="dxa" w:w="1728"/>
          </w:tcPr>
          <w:p>
            <w:r>
              <w:t>Our Top 5 No KYC Crypto Casinos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KEEP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What Are No KYC Casinos?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NEW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Anonymity Levels at No KYC Crypto Casinos Explained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MOVE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How We Rate &amp; Rank Crypto Casinos Without KYC Verification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>
              <w:t>Are No KYC Crypto Casinos Legal in The US?</w:t>
            </w:r>
          </w:p>
        </w:tc>
      </w:tr>
      <w:tr>
        <w:tc>
          <w:tcPr>
            <w:tcW w:type="dxa" w:w="1728"/>
          </w:tcPr>
          <w:p>
            <w:r>
              <w:t>REMOVE</w:t>
            </w:r>
          </w:p>
        </w:tc>
        <w:tc>
          <w:tcPr>
            <w:tcW w:type="dxa" w:w="1728"/>
          </w:tcPr>
          <w:p>
            <w:r>
              <w:t>H3</w:t>
            </w:r>
          </w:p>
        </w:tc>
        <w:tc>
          <w:tcPr>
            <w:tcW w:type="dxa" w:w="1728"/>
          </w:tcPr>
          <w:p>
            <w:r>
              <w:t>No KYC Casinos vs Traditional Casinos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KEEP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Conclusion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KEEP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No Verification Crypto Casino FAQs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KEEP</w:t>
            </w:r>
          </w:p>
        </w:tc>
        <w:tc>
          <w:tcPr>
            <w:tcW w:type="dxa" w:w="1728"/>
          </w:tcPr>
          <w:p>
            <w:r>
              <w:t>H2</w:t>
            </w:r>
          </w:p>
        </w:tc>
        <w:tc>
          <w:tcPr>
            <w:tcW w:type="dxa" w:w="1728"/>
          </w:tcPr>
          <w:p>
            <w:r>
              <w:t>Sources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1"/>
      </w:pPr>
      <w:r>
        <w:t>Keywords</w:t>
      </w:r>
    </w:p>
    <w:p>
      <w:r>
        <w:rPr>
          <w:i/>
          <w:color w:val="707070"/>
          <w:sz w:val="18"/>
        </w:rPr>
        <w:t>Type = primary or secondary. Min/Max = allowed occurrence range (put the same number in both for an exact count). Add '/s' to a word to also count its plural, e.g. 'crypto casino/s' counts casino and casinos.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Keyword</w:t>
            </w:r>
          </w:p>
        </w:tc>
        <w:tc>
          <w:tcPr>
            <w:tcW w:type="dxa" w:w="2160"/>
          </w:tcPr>
          <w:p>
            <w:r>
              <w:rPr>
                <w:b/>
              </w:rPr>
              <w:t>Type</w:t>
            </w:r>
          </w:p>
        </w:tc>
        <w:tc>
          <w:tcPr>
            <w:tcW w:type="dxa" w:w="2160"/>
          </w:tcPr>
          <w:p>
            <w:r>
              <w:rPr>
                <w:b/>
              </w:rPr>
              <w:t>Min</w:t>
            </w:r>
          </w:p>
        </w:tc>
        <w:tc>
          <w:tcPr>
            <w:tcW w:type="dxa" w:w="2160"/>
          </w:tcPr>
          <w:p>
            <w:r>
              <w:rPr>
                <w:b/>
              </w:rPr>
              <w:t>Max</w:t>
            </w:r>
          </w:p>
        </w:tc>
      </w:tr>
      <w:tr>
        <w:tc>
          <w:tcPr>
            <w:tcW w:type="dxa" w:w="2160"/>
          </w:tcPr>
          <w:p>
            <w:r>
              <w:t>no kyc crypto casino/s</w:t>
            </w:r>
          </w:p>
        </w:tc>
        <w:tc>
          <w:tcPr>
            <w:tcW w:type="dxa" w:w="2160"/>
          </w:tcPr>
          <w:p>
            <w:r>
              <w:t>primary</w:t>
            </w:r>
          </w:p>
        </w:tc>
        <w:tc>
          <w:tcPr>
            <w:tcW w:type="dxa" w:w="2160"/>
          </w:tcPr>
          <w:p>
            <w:r>
              <w:t>20</w:t>
            </w:r>
          </w:p>
        </w:tc>
        <w:tc>
          <w:tcPr>
            <w:tcW w:type="dxa" w:w="2160"/>
          </w:tcPr>
          <w:p>
            <w:r>
              <w:t>25</w:t>
            </w:r>
          </w:p>
        </w:tc>
      </w:tr>
      <w:tr>
        <w:tc>
          <w:tcPr>
            <w:tcW w:type="dxa" w:w="2160"/>
          </w:tcPr>
          <w:p>
            <w:r>
              <w:t>instant withdrawal no verification crypto casino/s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7</w:t>
            </w:r>
          </w:p>
        </w:tc>
        <w:tc>
          <w:tcPr>
            <w:tcW w:type="dxa" w:w="2160"/>
          </w:tcPr>
          <w:p>
            <w:r>
              <w:t>8</w:t>
            </w:r>
          </w:p>
        </w:tc>
      </w:tr>
      <w:tr>
        <w:tc>
          <w:tcPr>
            <w:tcW w:type="dxa" w:w="2160"/>
          </w:tcPr>
          <w:p>
            <w:r>
              <w:t>crypto casino/s without kyc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5</w:t>
            </w:r>
          </w:p>
        </w:tc>
      </w:tr>
      <w:tr>
        <w:tc>
          <w:tcPr>
            <w:tcW w:type="dxa" w:w="2160"/>
          </w:tcPr>
          <w:p>
            <w:r>
              <w:t>crypto casino instant withdrawal no verification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4</w:t>
            </w:r>
          </w:p>
        </w:tc>
      </w:tr>
      <w:tr>
        <w:tc>
          <w:tcPr>
            <w:tcW w:type="dxa" w:w="2160"/>
          </w:tcPr>
          <w:p>
            <w:r>
              <w:t>best no kyc crypto casino/s</w:t>
            </w:r>
          </w:p>
        </w:tc>
        <w:tc>
          <w:tcPr>
            <w:tcW w:type="dxa" w:w="2160"/>
          </w:tcPr>
          <w:p>
            <w:r>
              <w:t>primary</w:t>
            </w:r>
          </w:p>
        </w:tc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4</w:t>
            </w:r>
          </w:p>
        </w:tc>
      </w:tr>
      <w:tr>
        <w:tc>
          <w:tcPr>
            <w:tcW w:type="dxa" w:w="2160"/>
          </w:tcPr>
          <w:p>
            <w:r>
              <w:t>anonymous crypto casino/s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6</w:t>
            </w:r>
          </w:p>
        </w:tc>
        <w:tc>
          <w:tcPr>
            <w:tcW w:type="dxa" w:w="2160"/>
          </w:tcPr>
          <w:p>
            <w:r>
              <w:t>7</w:t>
            </w:r>
          </w:p>
        </w:tc>
      </w:tr>
      <w:tr>
        <w:tc>
          <w:tcPr>
            <w:tcW w:type="dxa" w:w="2160"/>
          </w:tcPr>
          <w:p>
            <w:r>
              <w:t>crypto casino/s with no kyc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2</w:t>
            </w:r>
          </w:p>
        </w:tc>
      </w:tr>
      <w:tr>
        <w:tc>
          <w:tcPr>
            <w:tcW w:type="dxa" w:w="2160"/>
          </w:tcPr>
          <w:p>
            <w:r>
              <w:t>best anonymous crypto casino/s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2</w:t>
            </w:r>
          </w:p>
        </w:tc>
      </w:tr>
      <w:tr>
        <w:tc>
          <w:tcPr>
            <w:tcW w:type="dxa" w:w="2160"/>
          </w:tcPr>
          <w:p>
            <w:r>
              <w:t>no kyc verification crypto casino/s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2</w:t>
            </w:r>
          </w:p>
        </w:tc>
      </w:tr>
      <w:tr>
        <w:tc>
          <w:tcPr>
            <w:tcW w:type="dxa" w:w="2160"/>
          </w:tcPr>
          <w:p>
            <w:r>
              <w:t>no id verification crypto casino/s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8</w:t>
            </w:r>
          </w:p>
        </w:tc>
        <w:tc>
          <w:tcPr>
            <w:tcW w:type="dxa" w:w="2160"/>
          </w:tcPr>
          <w:p>
            <w:r>
              <w:t>10</w:t>
            </w:r>
          </w:p>
        </w:tc>
      </w:tr>
      <w:tr>
        <w:tc>
          <w:tcPr>
            <w:tcW w:type="dxa" w:w="2160"/>
          </w:tcPr>
          <w:p>
            <w:r>
              <w:t>best no id verification crypto casinos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2</w:t>
            </w:r>
          </w:p>
        </w:tc>
      </w:tr>
      <w:tr>
        <w:tc>
          <w:tcPr>
            <w:tcW w:type="dxa" w:w="2160"/>
          </w:tcPr>
          <w:p>
            <w:r>
              <w:t>no verification crypto casino</w:t>
            </w:r>
          </w:p>
        </w:tc>
        <w:tc>
          <w:tcPr>
            <w:tcW w:type="dxa" w:w="2160"/>
          </w:tcPr>
          <w:p>
            <w:r>
              <w:t>primary</w:t>
            </w:r>
          </w:p>
        </w:tc>
        <w:tc>
          <w:tcPr>
            <w:tcW w:type="dxa" w:w="2160"/>
          </w:tcPr>
          <w:p>
            <w:r>
              <w:t>15</w:t>
            </w:r>
          </w:p>
        </w:tc>
        <w:tc>
          <w:tcPr>
            <w:tcW w:type="dxa" w:w="2160"/>
          </w:tcPr>
          <w:p>
            <w:r>
              <w:t>15</w:t>
            </w:r>
          </w:p>
        </w:tc>
      </w:tr>
      <w:tr>
        <w:tc>
          <w:tcPr>
            <w:tcW w:type="dxa" w:w="2160"/>
          </w:tcPr>
          <w:p>
            <w:r>
              <w:t>best no verification crypto casino</w:t>
            </w:r>
          </w:p>
        </w:tc>
        <w:tc>
          <w:tcPr>
            <w:tcW w:type="dxa" w:w="2160"/>
          </w:tcPr>
          <w:p>
            <w:r>
              <w:t>secondary</w:t>
            </w:r>
          </w:p>
        </w:tc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2</w:t>
            </w:r>
          </w:p>
        </w:tc>
      </w:tr>
    </w:tbl>
    <w:p>
      <w:pPr>
        <w:pStyle w:val="Heading1"/>
      </w:pPr>
      <w:r>
        <w:t>Must Not Appear</w:t>
      </w:r>
    </w:p>
    <w:p>
      <w:r>
        <w:rPr>
          <w:i/>
          <w:color w:val="707070"/>
          <w:sz w:val="18"/>
        </w:rPr>
        <w:t>Terms or phrases that must be removed from the page entirely (case-insensitive).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Banned term or phrase</w:t>
            </w:r>
          </w:p>
        </w:tc>
      </w:tr>
      <w:tr>
        <w:tc>
          <w:tcPr>
            <w:tcW w:type="dxa" w:w="8640"/>
          </w:tcPr>
          <w:p>
            <w:r>
              <w:t>The sites above allow account creation without identity verification</w:t>
            </w:r>
          </w:p>
        </w:tc>
      </w:tr>
    </w:tbl>
    <w:p>
      <w:pPr>
        <w:pStyle w:val="Heading1"/>
      </w:pPr>
      <w:r>
        <w:t>Required Tables / Images</w:t>
      </w:r>
    </w:p>
    <w:p>
      <w:r>
        <w:rPr>
          <w:i/>
          <w:color w:val="707070"/>
          <w:sz w:val="18"/>
        </w:rPr>
        <w:t>Type = table or image. Section = the exact heading it must appear under.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Type</w:t>
            </w:r>
          </w:p>
        </w:tc>
        <w:tc>
          <w:tcPr>
            <w:tcW w:type="dxa" w:w="4320"/>
          </w:tcPr>
          <w:p>
            <w:r>
              <w:rPr>
                <w:b/>
              </w:rPr>
              <w:t>Section heading</w:t>
            </w:r>
          </w:p>
        </w:tc>
      </w:tr>
      <w:tr>
        <w:tc>
          <w:tcPr>
            <w:tcW w:type="dxa" w:w="4320"/>
          </w:tcPr>
          <w:p>
            <w:r>
              <w:t>table</w:t>
            </w:r>
          </w:p>
        </w:tc>
        <w:tc>
          <w:tcPr>
            <w:tcW w:type="dxa" w:w="4320"/>
          </w:tcPr>
          <w:p>
            <w:r>
              <w:t>Are There Also Instant Withdrawal No Verification Crypto Casinos?</w:t>
            </w:r>
          </w:p>
        </w:tc>
      </w:tr>
      <w:tr>
        <w:tc>
          <w:tcPr>
            <w:tcW w:type="dxa" w:w="4320"/>
          </w:tcPr>
          <w:p>
            <w:r>
              <w:t>image</w:t>
            </w:r>
          </w:p>
        </w:tc>
        <w:tc>
          <w:tcPr>
            <w:tcW w:type="dxa" w:w="4320"/>
          </w:tcPr>
          <w:p>
            <w:r>
              <w:t>Technology Behind No KYC Crypto Casinos</w:t>
            </w:r>
          </w:p>
        </w:tc>
      </w:tr>
    </w:tbl>
    <w:p>
      <w:pPr>
        <w:pStyle w:val="Heading1"/>
      </w:pPr>
      <w:r>
        <w:t>Required Sources</w:t>
      </w:r>
    </w:p>
    <w:p>
      <w:r>
        <w:rPr>
          <w:i/>
          <w:color w:val="707070"/>
          <w:sz w:val="18"/>
        </w:rPr>
        <w:t>URLs that must be linked somewhere on the page.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Source URL</w:t>
            </w:r>
          </w:p>
        </w:tc>
      </w:tr>
      <w:tr>
        <w:tc>
          <w:tcPr>
            <w:tcW w:type="dxa" w:w="8640"/>
          </w:tcPr>
          <w:p>
            <w:r>
              <w:t>https://www.gamblingcommission.gov.uk/</w:t>
            </w:r>
          </w:p>
        </w:tc>
      </w:tr>
    </w:tbl>
    <w:p>
      <w:pPr>
        <w:pStyle w:val="Heading1"/>
      </w:pPr>
      <w:r>
        <w:t>Editorial Checklist</w:t>
      </w:r>
    </w:p>
    <w:p>
      <w:r>
        <w:rPr>
          <w:i/>
          <w:color w:val="707070"/>
          <w:sz w:val="18"/>
        </w:rPr>
        <w:t>Short yes/no checks a person ticks off manually. Not auto-verified.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Editorial check (manual)</w:t>
            </w:r>
          </w:p>
        </w:tc>
      </w:tr>
      <w:tr>
        <w:tc>
          <w:tcPr>
            <w:tcW w:type="dxa" w:w="8640"/>
          </w:tcPr>
          <w:p>
            <w:r>
              <w:t>Intro is max 2 paragraphs</w:t>
            </w:r>
          </w:p>
        </w:tc>
      </w:tr>
      <w:tr>
        <w:tc>
          <w:tcPr>
            <w:tcW w:type="dxa" w:w="8640"/>
          </w:tcPr>
          <w:p>
            <w:r>
              <w:t>Payment methods section lists crypto only (no bank transfers)</w:t>
            </w:r>
          </w:p>
        </w:tc>
      </w:tr>
    </w:tbl>
    <w:p>
      <w:pPr>
        <w:pStyle w:val="Heading1"/>
      </w:pPr>
      <w:r>
        <w:t>Required Elements</w:t>
      </w:r>
    </w:p>
    <w:p>
      <w:r>
        <w:rPr>
          <w:i/>
          <w:color w:val="707070"/>
          <w:sz w:val="18"/>
        </w:rPr>
        <w:t>Concrete deliverables a person ticks off manually. Not auto-verified.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Required element (manual)</w:t>
            </w:r>
          </w:p>
        </w:tc>
      </w:tr>
      <w:tr>
        <w:tc>
          <w:tcPr>
            <w:tcW w:type="dxa" w:w="8640"/>
          </w:tcPr>
          <w:p>
            <w:r>
              <w:t>Ranking table added to the instant-withdrawal section</w:t>
            </w:r>
          </w:p>
        </w:tc>
      </w:tr>
      <w:tr>
        <w:tc>
          <w:tcPr>
            <w:tcW w:type="dxa" w:w="8640"/>
          </w:tcPr>
          <w:p>
            <w:r>
              <w:t>FAQ expanded with instant-withdrawal questions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