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left"/>
      </w:pPr>
      <w:r>
        <w:t>Content Update Brief</w:t>
      </w:r>
    </w:p>
    <w:p>
      <w:r>
        <w:rPr>
          <w:i/>
          <w:color w:val="707070"/>
          <w:sz w:val="18"/>
        </w:rPr>
        <w:t>One brief per page. Fill the tables below. The checker reads the tables only — you can add or delete rows freely, and any notes you type outside the tables are ignored. Leave a row blank to skip it.</w:t>
      </w:r>
    </w:p>
    <w:p>
      <w:pPr>
        <w:pStyle w:val="Heading1"/>
      </w:pPr>
      <w:r>
        <w:t>Page &amp; SEO</w:t>
      </w:r>
    </w:p>
    <w:p>
      <w:r>
        <w:rPr>
          <w:i/>
          <w:color w:val="707070"/>
          <w:sz w:val="18"/>
        </w:rPr>
        <w:t>Meta max length is the character limit flagged as 'too long' (default 160).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rPr>
                <w:b/>
              </w:rPr>
              <w:t>Field</w:t>
            </w:r>
          </w:p>
        </w:tc>
        <w:tc>
          <w:tcPr>
            <w:tcW w:type="dxa" w:w="4320"/>
          </w:tcPr>
          <w:p>
            <w:r>
              <w:rPr>
                <w:b/>
              </w:rPr>
              <w:t>Value</w:t>
            </w:r>
          </w:p>
        </w:tc>
      </w:tr>
      <w:tr>
        <w:tc>
          <w:tcPr>
            <w:tcW w:type="dxa" w:w="4320"/>
          </w:tcPr>
          <w:p>
            <w:r>
              <w:t>URL</w:t>
            </w:r>
          </w:p>
        </w:tc>
        <w:tc>
          <w:tcPr>
            <w:tcW w:type="dxa" w:w="4320"/>
          </w:tcPr>
          <w:p>
            <w:r/>
          </w:p>
        </w:tc>
      </w:tr>
      <w:tr>
        <w:tc>
          <w:tcPr>
            <w:tcW w:type="dxa" w:w="4320"/>
          </w:tcPr>
          <w:p>
            <w:r>
              <w:t>Market / Language</w:t>
            </w:r>
          </w:p>
        </w:tc>
        <w:tc>
          <w:tcPr>
            <w:tcW w:type="dxa" w:w="4320"/>
          </w:tcPr>
          <w:p>
            <w:r/>
          </w:p>
        </w:tc>
      </w:tr>
      <w:tr>
        <w:tc>
          <w:tcPr>
            <w:tcW w:type="dxa" w:w="4320"/>
          </w:tcPr>
          <w:p>
            <w:r>
              <w:t>Target Title</w:t>
            </w:r>
          </w:p>
        </w:tc>
        <w:tc>
          <w:tcPr>
            <w:tcW w:type="dxa" w:w="4320"/>
          </w:tcPr>
          <w:p>
            <w:r/>
          </w:p>
        </w:tc>
      </w:tr>
      <w:tr>
        <w:tc>
          <w:tcPr>
            <w:tcW w:type="dxa" w:w="4320"/>
          </w:tcPr>
          <w:p>
            <w:r>
              <w:t>Meta Description</w:t>
            </w:r>
          </w:p>
        </w:tc>
        <w:tc>
          <w:tcPr>
            <w:tcW w:type="dxa" w:w="4320"/>
          </w:tcPr>
          <w:p>
            <w:r/>
          </w:p>
        </w:tc>
      </w:tr>
      <w:tr>
        <w:tc>
          <w:tcPr>
            <w:tcW w:type="dxa" w:w="4320"/>
          </w:tcPr>
          <w:p>
            <w:r>
              <w:t>Meta max length</w:t>
            </w:r>
          </w:p>
        </w:tc>
        <w:tc>
          <w:tcPr>
            <w:tcW w:type="dxa" w:w="4320"/>
          </w:tcPr>
          <w:p>
            <w:r>
              <w:t>160</w:t>
            </w:r>
          </w:p>
        </w:tc>
      </w:tr>
    </w:tbl>
    <w:p>
      <w:pPr>
        <w:pStyle w:val="Heading1"/>
      </w:pPr>
      <w:r>
        <w:t>Headings</w:t>
      </w:r>
    </w:p>
    <w:p>
      <w:r>
        <w:rPr>
          <w:i/>
          <w:color w:val="707070"/>
          <w:sz w:val="18"/>
        </w:rPr>
        <w:t>List headings in the order they should appear on the page. Action = KEEP, CHANGE, NEW, REMOVE or MOVE. Fill 'New text' only for CHANGE (the wording the page should end up with). Fill 'After' only for MOVE (the heading this one should follow).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728"/>
        <w:gridCol w:w="1728"/>
        <w:gridCol w:w="1728"/>
        <w:gridCol w:w="1728"/>
        <w:gridCol w:w="1728"/>
      </w:tblGrid>
      <w:tr>
        <w:tc>
          <w:tcPr>
            <w:tcW w:type="dxa" w:w="1728"/>
          </w:tcPr>
          <w:p>
            <w:r>
              <w:rPr>
                <w:b/>
              </w:rPr>
              <w:t>Action</w:t>
            </w:r>
          </w:p>
        </w:tc>
        <w:tc>
          <w:tcPr>
            <w:tcW w:type="dxa" w:w="1728"/>
          </w:tcPr>
          <w:p>
            <w:r>
              <w:rPr>
                <w:b/>
              </w:rPr>
              <w:t>Level</w:t>
            </w:r>
          </w:p>
        </w:tc>
        <w:tc>
          <w:tcPr>
            <w:tcW w:type="dxa" w:w="1728"/>
          </w:tcPr>
          <w:p>
            <w:r>
              <w:rPr>
                <w:b/>
              </w:rPr>
              <w:t>Heading text</w:t>
            </w:r>
          </w:p>
        </w:tc>
        <w:tc>
          <w:tcPr>
            <w:tcW w:type="dxa" w:w="1728"/>
          </w:tcPr>
          <w:p>
            <w:r>
              <w:rPr>
                <w:b/>
              </w:rPr>
              <w:t>New text</w:t>
            </w:r>
          </w:p>
        </w:tc>
        <w:tc>
          <w:tcPr>
            <w:tcW w:type="dxa" w:w="1728"/>
          </w:tcPr>
          <w:p>
            <w:r>
              <w:rPr>
                <w:b/>
              </w:rPr>
              <w:t>After</w:t>
            </w:r>
          </w:p>
        </w:tc>
      </w:tr>
      <w:tr>
        <w:tc>
          <w:tcPr>
            <w:tcW w:type="dxa" w:w="1728"/>
          </w:tcPr>
          <w:p>
            <w:r/>
          </w:p>
        </w:tc>
        <w:tc>
          <w:tcPr>
            <w:tcW w:type="dxa" w:w="1728"/>
          </w:tcPr>
          <w:p>
            <w:r/>
          </w:p>
        </w:tc>
        <w:tc>
          <w:tcPr>
            <w:tcW w:type="dxa" w:w="1728"/>
          </w:tcPr>
          <w:p>
            <w:r/>
          </w:p>
        </w:tc>
        <w:tc>
          <w:tcPr>
            <w:tcW w:type="dxa" w:w="1728"/>
          </w:tcPr>
          <w:p>
            <w:r/>
          </w:p>
        </w:tc>
        <w:tc>
          <w:tcPr>
            <w:tcW w:type="dxa" w:w="1728"/>
          </w:tcPr>
          <w:p>
            <w:r/>
          </w:p>
        </w:tc>
      </w:tr>
      <w:tr>
        <w:tc>
          <w:tcPr>
            <w:tcW w:type="dxa" w:w="1728"/>
          </w:tcPr>
          <w:p>
            <w:r/>
          </w:p>
        </w:tc>
        <w:tc>
          <w:tcPr>
            <w:tcW w:type="dxa" w:w="1728"/>
          </w:tcPr>
          <w:p>
            <w:r/>
          </w:p>
        </w:tc>
        <w:tc>
          <w:tcPr>
            <w:tcW w:type="dxa" w:w="1728"/>
          </w:tcPr>
          <w:p>
            <w:r/>
          </w:p>
        </w:tc>
        <w:tc>
          <w:tcPr>
            <w:tcW w:type="dxa" w:w="1728"/>
          </w:tcPr>
          <w:p>
            <w:r/>
          </w:p>
        </w:tc>
        <w:tc>
          <w:tcPr>
            <w:tcW w:type="dxa" w:w="1728"/>
          </w:tcPr>
          <w:p>
            <w:r/>
          </w:p>
        </w:tc>
      </w:tr>
      <w:tr>
        <w:tc>
          <w:tcPr>
            <w:tcW w:type="dxa" w:w="1728"/>
          </w:tcPr>
          <w:p>
            <w:r/>
          </w:p>
        </w:tc>
        <w:tc>
          <w:tcPr>
            <w:tcW w:type="dxa" w:w="1728"/>
          </w:tcPr>
          <w:p>
            <w:r/>
          </w:p>
        </w:tc>
        <w:tc>
          <w:tcPr>
            <w:tcW w:type="dxa" w:w="1728"/>
          </w:tcPr>
          <w:p>
            <w:r/>
          </w:p>
        </w:tc>
        <w:tc>
          <w:tcPr>
            <w:tcW w:type="dxa" w:w="1728"/>
          </w:tcPr>
          <w:p>
            <w:r/>
          </w:p>
        </w:tc>
        <w:tc>
          <w:tcPr>
            <w:tcW w:type="dxa" w:w="1728"/>
          </w:tcPr>
          <w:p>
            <w:r/>
          </w:p>
        </w:tc>
      </w:tr>
      <w:tr>
        <w:tc>
          <w:tcPr>
            <w:tcW w:type="dxa" w:w="1728"/>
          </w:tcPr>
          <w:p>
            <w:r/>
          </w:p>
        </w:tc>
        <w:tc>
          <w:tcPr>
            <w:tcW w:type="dxa" w:w="1728"/>
          </w:tcPr>
          <w:p>
            <w:r/>
          </w:p>
        </w:tc>
        <w:tc>
          <w:tcPr>
            <w:tcW w:type="dxa" w:w="1728"/>
          </w:tcPr>
          <w:p>
            <w:r/>
          </w:p>
        </w:tc>
        <w:tc>
          <w:tcPr>
            <w:tcW w:type="dxa" w:w="1728"/>
          </w:tcPr>
          <w:p>
            <w:r/>
          </w:p>
        </w:tc>
        <w:tc>
          <w:tcPr>
            <w:tcW w:type="dxa" w:w="1728"/>
          </w:tcPr>
          <w:p>
            <w:r/>
          </w:p>
        </w:tc>
      </w:tr>
      <w:tr>
        <w:tc>
          <w:tcPr>
            <w:tcW w:type="dxa" w:w="1728"/>
          </w:tcPr>
          <w:p>
            <w:r/>
          </w:p>
        </w:tc>
        <w:tc>
          <w:tcPr>
            <w:tcW w:type="dxa" w:w="1728"/>
          </w:tcPr>
          <w:p>
            <w:r/>
          </w:p>
        </w:tc>
        <w:tc>
          <w:tcPr>
            <w:tcW w:type="dxa" w:w="1728"/>
          </w:tcPr>
          <w:p>
            <w:r/>
          </w:p>
        </w:tc>
        <w:tc>
          <w:tcPr>
            <w:tcW w:type="dxa" w:w="1728"/>
          </w:tcPr>
          <w:p>
            <w:r/>
          </w:p>
        </w:tc>
        <w:tc>
          <w:tcPr>
            <w:tcW w:type="dxa" w:w="1728"/>
          </w:tcPr>
          <w:p>
            <w:r/>
          </w:p>
        </w:tc>
      </w:tr>
      <w:tr>
        <w:tc>
          <w:tcPr>
            <w:tcW w:type="dxa" w:w="1728"/>
          </w:tcPr>
          <w:p>
            <w:r/>
          </w:p>
        </w:tc>
        <w:tc>
          <w:tcPr>
            <w:tcW w:type="dxa" w:w="1728"/>
          </w:tcPr>
          <w:p>
            <w:r/>
          </w:p>
        </w:tc>
        <w:tc>
          <w:tcPr>
            <w:tcW w:type="dxa" w:w="1728"/>
          </w:tcPr>
          <w:p>
            <w:r/>
          </w:p>
        </w:tc>
        <w:tc>
          <w:tcPr>
            <w:tcW w:type="dxa" w:w="1728"/>
          </w:tcPr>
          <w:p>
            <w:r/>
          </w:p>
        </w:tc>
        <w:tc>
          <w:tcPr>
            <w:tcW w:type="dxa" w:w="1728"/>
          </w:tcPr>
          <w:p>
            <w:r/>
          </w:p>
        </w:tc>
      </w:tr>
    </w:tbl>
    <w:p>
      <w:pPr>
        <w:pStyle w:val="Heading1"/>
      </w:pPr>
      <w:r>
        <w:t>Keywords</w:t>
      </w:r>
    </w:p>
    <w:p>
      <w:r>
        <w:rPr>
          <w:i/>
          <w:color w:val="707070"/>
          <w:sz w:val="18"/>
        </w:rPr>
        <w:t>Type = primary or secondary. Min/Max = allowed occurrence range (put the same number in both for an exact count). Add '/s' to a word to also count its plural, e.g. 'crypto casino/s' counts casino and casinos.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rPr>
                <w:b/>
              </w:rPr>
              <w:t>Keyword</w:t>
            </w:r>
          </w:p>
        </w:tc>
        <w:tc>
          <w:tcPr>
            <w:tcW w:type="dxa" w:w="2160"/>
          </w:tcPr>
          <w:p>
            <w:r>
              <w:rPr>
                <w:b/>
              </w:rPr>
              <w:t>Type</w:t>
            </w:r>
          </w:p>
        </w:tc>
        <w:tc>
          <w:tcPr>
            <w:tcW w:type="dxa" w:w="2160"/>
          </w:tcPr>
          <w:p>
            <w:r>
              <w:rPr>
                <w:b/>
              </w:rPr>
              <w:t>Min</w:t>
            </w:r>
          </w:p>
        </w:tc>
        <w:tc>
          <w:tcPr>
            <w:tcW w:type="dxa" w:w="2160"/>
          </w:tcPr>
          <w:p>
            <w:r>
              <w:rPr>
                <w:b/>
              </w:rPr>
              <w:t>Max</w:t>
            </w:r>
          </w:p>
        </w:tc>
      </w:tr>
      <w:tr>
        <w:tc>
          <w:tcPr>
            <w:tcW w:type="dxa" w:w="2160"/>
          </w:tcPr>
          <w:p>
            <w:r/>
          </w:p>
        </w:tc>
        <w:tc>
          <w:tcPr>
            <w:tcW w:type="dxa" w:w="2160"/>
          </w:tcPr>
          <w:p>
            <w:r/>
          </w:p>
        </w:tc>
        <w:tc>
          <w:tcPr>
            <w:tcW w:type="dxa" w:w="2160"/>
          </w:tcPr>
          <w:p>
            <w:r/>
          </w:p>
        </w:tc>
        <w:tc>
          <w:tcPr>
            <w:tcW w:type="dxa" w:w="2160"/>
          </w:tcPr>
          <w:p>
            <w:r/>
          </w:p>
        </w:tc>
      </w:tr>
      <w:tr>
        <w:tc>
          <w:tcPr>
            <w:tcW w:type="dxa" w:w="2160"/>
          </w:tcPr>
          <w:p>
            <w:r/>
          </w:p>
        </w:tc>
        <w:tc>
          <w:tcPr>
            <w:tcW w:type="dxa" w:w="2160"/>
          </w:tcPr>
          <w:p>
            <w:r/>
          </w:p>
        </w:tc>
        <w:tc>
          <w:tcPr>
            <w:tcW w:type="dxa" w:w="2160"/>
          </w:tcPr>
          <w:p>
            <w:r/>
          </w:p>
        </w:tc>
        <w:tc>
          <w:tcPr>
            <w:tcW w:type="dxa" w:w="2160"/>
          </w:tcPr>
          <w:p>
            <w:r/>
          </w:p>
        </w:tc>
      </w:tr>
      <w:tr>
        <w:tc>
          <w:tcPr>
            <w:tcW w:type="dxa" w:w="2160"/>
          </w:tcPr>
          <w:p>
            <w:r/>
          </w:p>
        </w:tc>
        <w:tc>
          <w:tcPr>
            <w:tcW w:type="dxa" w:w="2160"/>
          </w:tcPr>
          <w:p>
            <w:r/>
          </w:p>
        </w:tc>
        <w:tc>
          <w:tcPr>
            <w:tcW w:type="dxa" w:w="2160"/>
          </w:tcPr>
          <w:p>
            <w:r/>
          </w:p>
        </w:tc>
        <w:tc>
          <w:tcPr>
            <w:tcW w:type="dxa" w:w="2160"/>
          </w:tcPr>
          <w:p>
            <w:r/>
          </w:p>
        </w:tc>
      </w:tr>
      <w:tr>
        <w:tc>
          <w:tcPr>
            <w:tcW w:type="dxa" w:w="2160"/>
          </w:tcPr>
          <w:p>
            <w:r/>
          </w:p>
        </w:tc>
        <w:tc>
          <w:tcPr>
            <w:tcW w:type="dxa" w:w="2160"/>
          </w:tcPr>
          <w:p>
            <w:r/>
          </w:p>
        </w:tc>
        <w:tc>
          <w:tcPr>
            <w:tcW w:type="dxa" w:w="2160"/>
          </w:tcPr>
          <w:p>
            <w:r/>
          </w:p>
        </w:tc>
        <w:tc>
          <w:tcPr>
            <w:tcW w:type="dxa" w:w="2160"/>
          </w:tcPr>
          <w:p>
            <w:r/>
          </w:p>
        </w:tc>
      </w:tr>
      <w:tr>
        <w:tc>
          <w:tcPr>
            <w:tcW w:type="dxa" w:w="2160"/>
          </w:tcPr>
          <w:p>
            <w:r/>
          </w:p>
        </w:tc>
        <w:tc>
          <w:tcPr>
            <w:tcW w:type="dxa" w:w="2160"/>
          </w:tcPr>
          <w:p>
            <w:r/>
          </w:p>
        </w:tc>
        <w:tc>
          <w:tcPr>
            <w:tcW w:type="dxa" w:w="2160"/>
          </w:tcPr>
          <w:p>
            <w:r/>
          </w:p>
        </w:tc>
        <w:tc>
          <w:tcPr>
            <w:tcW w:type="dxa" w:w="2160"/>
          </w:tcPr>
          <w:p>
            <w:r/>
          </w:p>
        </w:tc>
      </w:tr>
      <w:tr>
        <w:tc>
          <w:tcPr>
            <w:tcW w:type="dxa" w:w="2160"/>
          </w:tcPr>
          <w:p>
            <w:r/>
          </w:p>
        </w:tc>
        <w:tc>
          <w:tcPr>
            <w:tcW w:type="dxa" w:w="2160"/>
          </w:tcPr>
          <w:p>
            <w:r/>
          </w:p>
        </w:tc>
        <w:tc>
          <w:tcPr>
            <w:tcW w:type="dxa" w:w="2160"/>
          </w:tcPr>
          <w:p>
            <w:r/>
          </w:p>
        </w:tc>
        <w:tc>
          <w:tcPr>
            <w:tcW w:type="dxa" w:w="2160"/>
          </w:tcPr>
          <w:p>
            <w:r/>
          </w:p>
        </w:tc>
      </w:tr>
    </w:tbl>
    <w:p>
      <w:pPr>
        <w:pStyle w:val="Heading1"/>
      </w:pPr>
      <w:r>
        <w:t>Must Not Appear</w:t>
      </w:r>
    </w:p>
    <w:p>
      <w:r>
        <w:rPr>
          <w:i/>
          <w:color w:val="707070"/>
          <w:sz w:val="18"/>
        </w:rPr>
        <w:t>Terms or phrases that must be removed from the page entirely (case-insensitive).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8640"/>
      </w:tblGrid>
      <w:tr>
        <w:tc>
          <w:tcPr>
            <w:tcW w:type="dxa" w:w="8640"/>
          </w:tcPr>
          <w:p>
            <w:r>
              <w:rPr>
                <w:b/>
              </w:rPr>
              <w:t>Banned term or phrase</w:t>
            </w:r>
          </w:p>
        </w:tc>
      </w:tr>
      <w:tr>
        <w:tc>
          <w:tcPr>
            <w:tcW w:type="dxa" w:w="8640"/>
          </w:tcPr>
          <w:p>
            <w:r/>
          </w:p>
        </w:tc>
      </w:tr>
      <w:tr>
        <w:tc>
          <w:tcPr>
            <w:tcW w:type="dxa" w:w="8640"/>
          </w:tcPr>
          <w:p>
            <w:r/>
          </w:p>
        </w:tc>
      </w:tr>
      <w:tr>
        <w:tc>
          <w:tcPr>
            <w:tcW w:type="dxa" w:w="8640"/>
          </w:tcPr>
          <w:p>
            <w:r/>
          </w:p>
        </w:tc>
      </w:tr>
      <w:tr>
        <w:tc>
          <w:tcPr>
            <w:tcW w:type="dxa" w:w="8640"/>
          </w:tcPr>
          <w:p>
            <w:r/>
          </w:p>
        </w:tc>
      </w:tr>
    </w:tbl>
    <w:p>
      <w:pPr>
        <w:pStyle w:val="Heading1"/>
      </w:pPr>
      <w:r>
        <w:t>Required Tables / Images</w:t>
      </w:r>
    </w:p>
    <w:p>
      <w:r>
        <w:rPr>
          <w:i/>
          <w:color w:val="707070"/>
          <w:sz w:val="18"/>
        </w:rPr>
        <w:t>Type = table or image. Section = the exact heading it must appear under.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rPr>
                <w:b/>
              </w:rPr>
              <w:t>Type</w:t>
            </w:r>
          </w:p>
        </w:tc>
        <w:tc>
          <w:tcPr>
            <w:tcW w:type="dxa" w:w="4320"/>
          </w:tcPr>
          <w:p>
            <w:r>
              <w:rPr>
                <w:b/>
              </w:rPr>
              <w:t>Section heading</w:t>
            </w:r>
          </w:p>
        </w:tc>
      </w:tr>
      <w:tr>
        <w:tc>
          <w:tcPr>
            <w:tcW w:type="dxa" w:w="4320"/>
          </w:tcPr>
          <w:p>
            <w:r/>
          </w:p>
        </w:tc>
        <w:tc>
          <w:tcPr>
            <w:tcW w:type="dxa" w:w="4320"/>
          </w:tcPr>
          <w:p>
            <w:r/>
          </w:p>
        </w:tc>
      </w:tr>
      <w:tr>
        <w:tc>
          <w:tcPr>
            <w:tcW w:type="dxa" w:w="4320"/>
          </w:tcPr>
          <w:p>
            <w:r/>
          </w:p>
        </w:tc>
        <w:tc>
          <w:tcPr>
            <w:tcW w:type="dxa" w:w="4320"/>
          </w:tcPr>
          <w:p>
            <w:r/>
          </w:p>
        </w:tc>
      </w:tr>
      <w:tr>
        <w:tc>
          <w:tcPr>
            <w:tcW w:type="dxa" w:w="4320"/>
          </w:tcPr>
          <w:p>
            <w:r/>
          </w:p>
        </w:tc>
        <w:tc>
          <w:tcPr>
            <w:tcW w:type="dxa" w:w="4320"/>
          </w:tcPr>
          <w:p>
            <w:r/>
          </w:p>
        </w:tc>
      </w:tr>
      <w:tr>
        <w:tc>
          <w:tcPr>
            <w:tcW w:type="dxa" w:w="4320"/>
          </w:tcPr>
          <w:p>
            <w:r/>
          </w:p>
        </w:tc>
        <w:tc>
          <w:tcPr>
            <w:tcW w:type="dxa" w:w="4320"/>
          </w:tcPr>
          <w:p>
            <w:r/>
          </w:p>
        </w:tc>
      </w:tr>
    </w:tbl>
    <w:p>
      <w:pPr>
        <w:pStyle w:val="Heading1"/>
      </w:pPr>
      <w:r>
        <w:t>Required Sources</w:t>
      </w:r>
    </w:p>
    <w:p>
      <w:r>
        <w:rPr>
          <w:i/>
          <w:color w:val="707070"/>
          <w:sz w:val="18"/>
        </w:rPr>
        <w:t>URLs that must be linked somewhere on the page.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8640"/>
      </w:tblGrid>
      <w:tr>
        <w:tc>
          <w:tcPr>
            <w:tcW w:type="dxa" w:w="8640"/>
          </w:tcPr>
          <w:p>
            <w:r>
              <w:rPr>
                <w:b/>
              </w:rPr>
              <w:t>Source URL</w:t>
            </w:r>
          </w:p>
        </w:tc>
      </w:tr>
      <w:tr>
        <w:tc>
          <w:tcPr>
            <w:tcW w:type="dxa" w:w="8640"/>
          </w:tcPr>
          <w:p>
            <w:r/>
          </w:p>
        </w:tc>
      </w:tr>
      <w:tr>
        <w:tc>
          <w:tcPr>
            <w:tcW w:type="dxa" w:w="8640"/>
          </w:tcPr>
          <w:p>
            <w:r/>
          </w:p>
        </w:tc>
      </w:tr>
      <w:tr>
        <w:tc>
          <w:tcPr>
            <w:tcW w:type="dxa" w:w="8640"/>
          </w:tcPr>
          <w:p>
            <w:r/>
          </w:p>
        </w:tc>
      </w:tr>
      <w:tr>
        <w:tc>
          <w:tcPr>
            <w:tcW w:type="dxa" w:w="8640"/>
          </w:tcPr>
          <w:p>
            <w:r/>
          </w:p>
        </w:tc>
      </w:tr>
    </w:tbl>
    <w:p>
      <w:pPr>
        <w:pStyle w:val="Heading1"/>
      </w:pPr>
      <w:r>
        <w:t>Editorial Checklist</w:t>
      </w:r>
    </w:p>
    <w:p>
      <w:r>
        <w:rPr>
          <w:i/>
          <w:color w:val="707070"/>
          <w:sz w:val="18"/>
        </w:rPr>
        <w:t>Short yes/no checks a person ticks off manually. Not auto-verified.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8640"/>
      </w:tblGrid>
      <w:tr>
        <w:tc>
          <w:tcPr>
            <w:tcW w:type="dxa" w:w="8640"/>
          </w:tcPr>
          <w:p>
            <w:r>
              <w:rPr>
                <w:b/>
              </w:rPr>
              <w:t>Editorial check (manual)</w:t>
            </w:r>
          </w:p>
        </w:tc>
      </w:tr>
      <w:tr>
        <w:tc>
          <w:tcPr>
            <w:tcW w:type="dxa" w:w="8640"/>
          </w:tcPr>
          <w:p>
            <w:r/>
          </w:p>
        </w:tc>
      </w:tr>
      <w:tr>
        <w:tc>
          <w:tcPr>
            <w:tcW w:type="dxa" w:w="8640"/>
          </w:tcPr>
          <w:p>
            <w:r/>
          </w:p>
        </w:tc>
      </w:tr>
      <w:tr>
        <w:tc>
          <w:tcPr>
            <w:tcW w:type="dxa" w:w="8640"/>
          </w:tcPr>
          <w:p>
            <w:r/>
          </w:p>
        </w:tc>
      </w:tr>
      <w:tr>
        <w:tc>
          <w:tcPr>
            <w:tcW w:type="dxa" w:w="8640"/>
          </w:tcPr>
          <w:p>
            <w:r/>
          </w:p>
        </w:tc>
      </w:tr>
    </w:tbl>
    <w:p>
      <w:pPr>
        <w:pStyle w:val="Heading1"/>
      </w:pPr>
      <w:r>
        <w:t>Required Elements</w:t>
      </w:r>
    </w:p>
    <w:p>
      <w:r>
        <w:rPr>
          <w:i/>
          <w:color w:val="707070"/>
          <w:sz w:val="18"/>
        </w:rPr>
        <w:t>Concrete deliverables a person ticks off manually. Not auto-verified.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8640"/>
      </w:tblGrid>
      <w:tr>
        <w:tc>
          <w:tcPr>
            <w:tcW w:type="dxa" w:w="8640"/>
          </w:tcPr>
          <w:p>
            <w:r>
              <w:rPr>
                <w:b/>
              </w:rPr>
              <w:t>Required element (manual)</w:t>
            </w:r>
          </w:p>
        </w:tc>
      </w:tr>
      <w:tr>
        <w:tc>
          <w:tcPr>
            <w:tcW w:type="dxa" w:w="8640"/>
          </w:tcPr>
          <w:p>
            <w:r/>
          </w:p>
        </w:tc>
      </w:tr>
      <w:tr>
        <w:tc>
          <w:tcPr>
            <w:tcW w:type="dxa" w:w="8640"/>
          </w:tcPr>
          <w:p>
            <w:r/>
          </w:p>
        </w:tc>
      </w:tr>
      <w:tr>
        <w:tc>
          <w:tcPr>
            <w:tcW w:type="dxa" w:w="8640"/>
          </w:tcPr>
          <w:p>
            <w:r/>
          </w:p>
        </w:tc>
      </w:tr>
      <w:tr>
        <w:tc>
          <w:tcPr>
            <w:tcW w:type="dxa" w:w="8640"/>
          </w:tcPr>
          <w:p>
            <w:r/>
          </w:p>
        </w:tc>
      </w:tr>
    </w:tbl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